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8E3450" w14:textId="3440676D" w:rsidR="00EB6B26" w:rsidRDefault="00000000">
      <w:pPr>
        <w:keepNext/>
      </w:pPr>
      <w:proofErr w:type="spellStart"/>
      <w:r>
        <w:rPr>
          <w:rFonts w:cs="Arial"/>
          <w:b/>
          <w:color w:val="000000"/>
          <w:sz w:val="30"/>
        </w:rPr>
        <w:t>Voorbeeldbrief</w:t>
      </w:r>
      <w:proofErr w:type="spellEnd"/>
      <w:r>
        <w:rPr>
          <w:rFonts w:cs="Arial"/>
          <w:b/>
          <w:color w:val="000000"/>
          <w:sz w:val="30"/>
        </w:rPr>
        <w:t xml:space="preserve"> - </w:t>
      </w:r>
      <w:proofErr w:type="spellStart"/>
      <w:r>
        <w:rPr>
          <w:rFonts w:cs="Arial"/>
          <w:b/>
          <w:color w:val="000000"/>
          <w:sz w:val="30"/>
        </w:rPr>
        <w:t>Aansprakelijkstelling</w:t>
      </w:r>
      <w:proofErr w:type="spellEnd"/>
      <w:r>
        <w:rPr>
          <w:rFonts w:cs="Arial"/>
          <w:b/>
          <w:color w:val="000000"/>
          <w:sz w:val="30"/>
        </w:rPr>
        <w:t xml:space="preserve"> </w:t>
      </w:r>
      <w:proofErr w:type="spellStart"/>
      <w:r>
        <w:rPr>
          <w:rFonts w:cs="Arial"/>
          <w:b/>
          <w:color w:val="000000"/>
          <w:sz w:val="30"/>
        </w:rPr>
        <w:t>bedrijfsongeval</w:t>
      </w:r>
      <w:proofErr w:type="spellEnd"/>
    </w:p>
    <w:p w14:paraId="5B79ADDD" w14:textId="77777777" w:rsidR="00521FAC" w:rsidRPr="00642B28" w:rsidRDefault="00521FAC" w:rsidP="00576236">
      <w:pPr>
        <w:spacing w:line="360" w:lineRule="auto"/>
        <w:rPr>
          <w:rFonts w:cs="Arial"/>
          <w:sz w:val="22"/>
          <w:lang w:val="nl-NL"/>
        </w:rPr>
      </w:pPr>
      <w:r w:rsidRPr="00642B28">
        <w:rPr>
          <w:rFonts w:cs="Arial"/>
          <w:color w:val="000000"/>
          <w:sz w:val="22"/>
          <w:lang w:val="nl-NL"/>
        </w:rPr>
        <w:t>Heb je tijdens je werk schade opgelopen? Bijvoorbeeld aan je lichaam (letselschade) of aan je eigendommen (zaakschade)? Met deze brief kun je je werkgever aansprakelijk stellen en vragen om jouw schade te vergoeden.</w:t>
      </w:r>
    </w:p>
    <w:p w14:paraId="660FD817" w14:textId="77777777" w:rsidR="00521FAC" w:rsidRPr="00642B28" w:rsidRDefault="00521FAC" w:rsidP="00576236">
      <w:pPr>
        <w:spacing w:before="240" w:after="0" w:line="360" w:lineRule="auto"/>
        <w:rPr>
          <w:rStyle w:val="Titeldocument"/>
          <w:rFonts w:ascii="Arial" w:eastAsiaTheme="majorEastAsia" w:hAnsi="Arial" w:cs="Arial"/>
          <w:color w:val="auto"/>
          <w:sz w:val="22"/>
          <w:szCs w:val="22"/>
        </w:rPr>
      </w:pPr>
      <w:r w:rsidRPr="00642B28">
        <w:rPr>
          <w:rStyle w:val="Titeldocument"/>
          <w:rFonts w:ascii="Arial" w:eastAsiaTheme="majorEastAsia" w:hAnsi="Arial" w:cs="Arial"/>
          <w:color w:val="000000"/>
          <w:sz w:val="22"/>
          <w:szCs w:val="22"/>
        </w:rPr>
        <w:t>Inhoudelijke tips</w:t>
      </w:r>
    </w:p>
    <w:p w14:paraId="08E1DE46" w14:textId="77777777" w:rsidR="00521FAC" w:rsidRPr="00642B28" w:rsidRDefault="00521FAC" w:rsidP="00521FAC">
      <w:pPr>
        <w:pStyle w:val="Lijstalinea"/>
        <w:numPr>
          <w:ilvl w:val="0"/>
          <w:numId w:val="11"/>
        </w:numPr>
        <w:spacing w:before="240" w:after="120" w:line="360" w:lineRule="auto"/>
        <w:rPr>
          <w:rStyle w:val="Titeldocument"/>
          <w:rFonts w:ascii="Arial" w:eastAsiaTheme="majorEastAsia" w:hAnsi="Arial" w:cs="Arial"/>
          <w:b w:val="0"/>
          <w:color w:val="auto"/>
          <w:sz w:val="22"/>
          <w:szCs w:val="22"/>
        </w:rPr>
      </w:pPr>
      <w:r w:rsidRPr="00E02738">
        <w:rPr>
          <w:rFonts w:cs="Arial"/>
          <w:color w:val="000000"/>
          <w:sz w:val="22"/>
          <w:lang w:val="nl-NL"/>
        </w:rPr>
        <w:t>Je werkgever moet proberen te voorkomen dat je schade lijdt. Dat noemen we de “zorgplicht”. Zo moet je werkgever je werkomgeving goed inrichten, veiligheidsmaatregelen nemen en je hierover inlichten.</w:t>
      </w:r>
    </w:p>
    <w:p w14:paraId="5C18D6D4" w14:textId="77777777" w:rsidR="00521FAC" w:rsidRPr="00642B28" w:rsidRDefault="00521FAC" w:rsidP="00521FAC">
      <w:pPr>
        <w:pStyle w:val="Lijstalinea"/>
        <w:numPr>
          <w:ilvl w:val="0"/>
          <w:numId w:val="11"/>
        </w:numPr>
        <w:spacing w:before="240" w:after="120" w:line="360" w:lineRule="auto"/>
        <w:rPr>
          <w:rStyle w:val="Titeldocument"/>
          <w:rFonts w:ascii="Arial" w:eastAsiaTheme="majorEastAsia" w:hAnsi="Arial" w:cs="Arial"/>
          <w:b w:val="0"/>
          <w:color w:val="auto"/>
          <w:sz w:val="22"/>
          <w:szCs w:val="22"/>
        </w:rPr>
      </w:pPr>
      <w:r w:rsidRPr="00E02738">
        <w:rPr>
          <w:rFonts w:cs="Arial"/>
          <w:color w:val="000000"/>
          <w:sz w:val="22"/>
          <w:lang w:val="nl-NL"/>
        </w:rPr>
        <w:t>Je werkgever hoeft niet altijd je schade te vergoeden. Bijvoorbeeld als de schade het gevolg is van jouw opzet of bewuste roekeloosheid. Of als de werkgever kan aantonen dat aan de zorgplicht is voldaan.</w:t>
      </w:r>
    </w:p>
    <w:p w14:paraId="3FF67415" w14:textId="77777777" w:rsidR="00521FAC" w:rsidRPr="00642B28" w:rsidRDefault="00521FAC" w:rsidP="00576236">
      <w:pPr>
        <w:spacing w:before="240" w:after="0" w:line="360" w:lineRule="auto"/>
        <w:rPr>
          <w:rFonts w:cs="Arial"/>
          <w:sz w:val="22"/>
          <w:lang w:val="nl-NL"/>
        </w:rPr>
      </w:pPr>
      <w:r w:rsidRPr="00642B28">
        <w:rPr>
          <w:rFonts w:cs="Arial"/>
          <w:b/>
          <w:bCs/>
          <w:color w:val="000000"/>
          <w:sz w:val="22"/>
          <w:lang w:val="nl-NL"/>
        </w:rPr>
        <w:t>Algemene informatie</w:t>
      </w:r>
    </w:p>
    <w:p w14:paraId="6CD02723" w14:textId="77777777" w:rsidR="00521FAC" w:rsidRPr="00642B28" w:rsidRDefault="00521FAC" w:rsidP="00521FAC">
      <w:pPr>
        <w:pStyle w:val="Lijstalinea"/>
        <w:numPr>
          <w:ilvl w:val="0"/>
          <w:numId w:val="10"/>
        </w:numPr>
        <w:spacing w:before="240" w:after="0" w:line="360" w:lineRule="auto"/>
        <w:rPr>
          <w:rFonts w:cs="Arial"/>
          <w:sz w:val="22"/>
          <w:lang w:val="nl-NL"/>
        </w:rPr>
      </w:pPr>
      <w:r w:rsidRPr="00642B28">
        <w:rPr>
          <w:rFonts w:cs="Arial"/>
          <w:color w:val="000000"/>
          <w:sz w:val="22"/>
          <w:lang w:val="nl-NL"/>
        </w:rPr>
        <w:t>Dit is een voorbeeldbrief van ARAG. Je kunt de brief aanpassen aan jouw situatie.</w:t>
      </w:r>
    </w:p>
    <w:p w14:paraId="087A5DEF" w14:textId="77777777" w:rsidR="00521FAC" w:rsidRPr="00642B28" w:rsidRDefault="00521FAC" w:rsidP="00521FAC">
      <w:pPr>
        <w:pStyle w:val="Lijstalinea"/>
        <w:numPr>
          <w:ilvl w:val="0"/>
          <w:numId w:val="10"/>
        </w:numPr>
        <w:spacing w:before="240" w:after="0" w:line="360" w:lineRule="auto"/>
        <w:rPr>
          <w:rFonts w:cs="Arial"/>
          <w:sz w:val="22"/>
          <w:lang w:val="nl-NL"/>
        </w:rPr>
      </w:pPr>
      <w:r w:rsidRPr="00642B28">
        <w:rPr>
          <w:rFonts w:cs="Arial"/>
          <w:color w:val="000000"/>
          <w:sz w:val="22"/>
          <w:lang w:val="nl-NL"/>
        </w:rPr>
        <w:t>Je bent zelf verantwoordelijk voor de inhoud van je brief.</w:t>
      </w:r>
    </w:p>
    <w:p w14:paraId="597242CF" w14:textId="77777777" w:rsidR="00521FAC" w:rsidRPr="00642B28" w:rsidRDefault="00521FAC" w:rsidP="00521FAC">
      <w:pPr>
        <w:pStyle w:val="Lijstalinea"/>
        <w:numPr>
          <w:ilvl w:val="0"/>
          <w:numId w:val="10"/>
        </w:numPr>
        <w:spacing w:before="240" w:after="0" w:line="360" w:lineRule="auto"/>
        <w:rPr>
          <w:rFonts w:cs="Arial"/>
          <w:sz w:val="22"/>
          <w:lang w:val="nl-NL"/>
        </w:rPr>
      </w:pPr>
      <w:r w:rsidRPr="00642B28">
        <w:rPr>
          <w:rFonts w:cs="Arial"/>
          <w:color w:val="000000"/>
          <w:sz w:val="22"/>
          <w:lang w:val="nl-NL"/>
        </w:rPr>
        <w:t>Verstuur je brief aangetekend. Bewaar het verzendbewijs en een kopie van de verzonden brief.</w:t>
      </w:r>
    </w:p>
    <w:p w14:paraId="0F79E6C1" w14:textId="77777777" w:rsidR="00521FAC" w:rsidRPr="00642B28" w:rsidRDefault="00521FAC" w:rsidP="00521FAC">
      <w:pPr>
        <w:pStyle w:val="Lijstalinea"/>
        <w:numPr>
          <w:ilvl w:val="0"/>
          <w:numId w:val="10"/>
        </w:numPr>
        <w:spacing w:before="240" w:after="0" w:line="360" w:lineRule="auto"/>
        <w:rPr>
          <w:rFonts w:cs="Arial"/>
          <w:sz w:val="22"/>
          <w:lang w:val="nl-NL"/>
        </w:rPr>
      </w:pPr>
      <w:r w:rsidRPr="00642B28">
        <w:rPr>
          <w:rFonts w:cs="Arial"/>
          <w:color w:val="000000"/>
          <w:sz w:val="22"/>
          <w:lang w:val="nl-NL"/>
        </w:rPr>
        <w:t xml:space="preserve">Heb je juridische hulp nodig? Neem dan contact met ons op via </w:t>
      </w:r>
      <w:hyperlink r:id="rId8" w:history="1">
        <w:r w:rsidRPr="00642B28">
          <w:rPr>
            <w:rStyle w:val="Hyperlink"/>
            <w:rFonts w:cs="Arial"/>
            <w:color w:val="auto"/>
            <w:sz w:val="22"/>
            <w:lang w:val="nl-NL"/>
          </w:rPr>
          <w:t>www.arag.nl</w:t>
        </w:r>
      </w:hyperlink>
    </w:p>
    <w:p w14:paraId="52962EA3" w14:textId="77777777" w:rsidR="00521FAC" w:rsidRPr="00EA4B7F" w:rsidRDefault="00521FAC" w:rsidP="00521FAC">
      <w:pPr>
        <w:spacing w:before="240" w:after="0" w:line="360" w:lineRule="auto"/>
        <w:rPr>
          <w:rFonts w:cs="Arial"/>
          <w:color w:val="000000"/>
          <w:sz w:val="22"/>
          <w:lang w:val="nl-NL"/>
        </w:rPr>
      </w:pPr>
      <w:r w:rsidRPr="00EA4B7F">
        <w:rPr>
          <w:rFonts w:cs="Arial"/>
          <w:color w:val="000000"/>
          <w:sz w:val="22"/>
          <w:lang w:val="nl-NL"/>
        </w:rPr>
        <w:t>Wij streven ernaar dit voorbeelddocument regelmatig te controleren op inhoud en actualiteit. ARAG kan niet aansprakelijk worden gesteld voor onjuistheden in het document of problemen die voortkomen uit het (onjuist) gebruik hiervan.</w:t>
      </w:r>
      <w:r w:rsidRPr="00E02738">
        <w:rPr>
          <w:lang w:val="nl-NL"/>
        </w:rPr>
      </w:r>
    </w:p>
    <w:p>
      <w:pPr>
        <w:jc w:val="right"/>
        <w:spacing w:before="0" w:after="200" w:line="276" w:lineRule="auto"/>
        <w:pageBreakBefore/>
      </w:pPr>
      <w:r>
        <w:rPr>
          <w:rFonts w:ascii="Arial" w:hAnsi="Arial"/>
          <w:sz w:val="22"/>
          <w:szCs w:val="22"/>
          <w:color w:val="595959"/>
        </w:rPr>
        <w:t>[Woonplaats], [datum]</w:t>
      </w:r>
    </w:p>
    <w:p>
      <w:pPr>
        <w:spacing w:before="0" w:after="0" w:line="276" w:lineRule="auto"/>
        <w:keepNext/>
      </w:pPr>
      <w:r>
        <w:rPr>
          <w:rFonts w:ascii="Arial" w:hAnsi="Arial"/>
          <w:sz w:val="22"/>
          <w:szCs w:val="22"/>
          <w:color w:val="000000"/>
        </w:rPr>
        <w:t>Aan</w:t>
      </w:r>
    </w:p>
    <w:p>
      <w:pPr>
        <w:spacing w:before="0" w:after="0" w:line="276" w:lineRule="auto"/>
        <w:keepNext/>
      </w:pPr>
      <w:r>
        <w:rPr>
          <w:rFonts w:ascii="Arial" w:hAnsi="Arial"/>
          <w:sz w:val="22"/>
          <w:szCs w:val="22"/>
          <w:color w:val="595959"/>
        </w:rPr>
        <w:t>[Naam werkgever]</w:t>
      </w:r>
    </w:p>
    <w:p>
      <w:pPr>
        <w:spacing w:before="0" w:after="0" w:line="276" w:lineRule="auto"/>
        <w:keepNext/>
      </w:pPr>
      <w:r>
        <w:rPr>
          <w:rFonts w:ascii="Arial" w:hAnsi="Arial"/>
          <w:sz w:val="22"/>
          <w:szCs w:val="22"/>
          <w:color w:val="595959"/>
        </w:rPr>
        <w:t>[t.a.v. afdeling personeelszaken]</w:t>
      </w:r>
    </w:p>
    <w:p>
      <w:pPr>
        <w:spacing w:before="0" w:after="0" w:line="276" w:lineRule="auto"/>
        <w:keepNext/>
      </w:pPr>
      <w:r>
        <w:rPr>
          <w:rFonts w:ascii="Arial" w:hAnsi="Arial"/>
          <w:sz w:val="22"/>
          <w:szCs w:val="22"/>
          <w:color w:val="595959"/>
        </w:rPr>
        <w:t>[Adres]</w:t>
      </w:r>
    </w:p>
    <w:p>
      <w:pPr>
        <w:spacing w:before="0" w:after="320" w:line="276" w:lineRule="auto"/>
      </w:pPr>
      <w:r>
        <w:rPr>
          <w:rFonts w:ascii="Arial" w:hAnsi="Arial"/>
          <w:sz w:val="22"/>
          <w:szCs w:val="22"/>
          <w:color w:val="595959"/>
        </w:rPr>
        <w:t>[Postcode en plaats]</w:t>
      </w:r>
    </w:p>
    <w:p>
      <w:pPr>
        <w:spacing w:before="0" w:after="360" w:line="276" w:lineRule="auto"/>
        <w:keepNext/>
      </w:pPr>
      <w:r>
        <w:rPr>
          <w:rFonts w:ascii="Arial" w:hAnsi="Arial"/>
          <w:sz w:val="22"/>
          <w:szCs w:val="22"/>
          <w:b/>
          <w:bCs/>
          <w:color w:val="000000"/>
        </w:rPr>
        <w:t xml:space="preserve">Betreft: </w:t>
      </w:r>
      <w:r>
        <w:rPr>
          <w:rFonts w:ascii="Arial" w:hAnsi="Arial"/>
          <w:sz w:val="22"/>
          <w:szCs w:val="22"/>
          <w:b/>
          <w:bCs/>
          <w:color w:val="000000"/>
        </w:rPr>
        <w:t>Aansprakelijkstelling werkgever bedrijfsongeval</w:t>
      </w:r>
    </w:p>
    <w:p w14:paraId="49119E5D" w14:textId="77777777" w:rsidR="0034340A" w:rsidRPr="00642B28" w:rsidRDefault="00DD5BE9" w:rsidP="19D0C217">
      <w:pPr>
        <w:spacing w:after="140" w:line="360" w:lineRule="auto"/>
        <w:rPr>
          <w:rFonts w:cs="Arial"/>
          <w:sz w:val="22"/>
          <w:lang w:val="nl-NL"/>
        </w:rPr>
      </w:pPr>
      <w:r w:rsidRPr="00642B28">
        <w:rPr>
          <w:rFonts w:cs="Arial"/>
          <w:color w:val="000000"/>
          <w:sz w:val="22"/>
          <w:lang w:val="nl-NL"/>
        </w:rPr>
        <w:t xml:space="preserve">Geachte heer/mevrouw </w:t>
      </w:r>
      <w:r w:rsidRPr="00E02738">
        <w:rPr>
          <w:rFonts w:cs="Arial"/>
          <w:color w:val="595959" w:themeColor="text1" w:themeTint="A6"/>
          <w:sz w:val="22"/>
          <w:lang w:val="nl-NL"/>
        </w:rPr>
        <w:t>[naam werkgever]</w:t>
      </w:r>
      <w:r w:rsidRPr="00642B28">
        <w:rPr>
          <w:rFonts w:cs="Arial"/>
          <w:color w:val="000000"/>
          <w:sz w:val="22"/>
          <w:lang w:val="nl-NL"/>
        </w:rPr>
        <w:t>,</w:t>
      </w:r>
    </w:p>
    <w:p w14:paraId="43F526C8" w14:textId="77777777" w:rsidR="0034340A" w:rsidRPr="00642B28" w:rsidRDefault="00DD5BE9" w:rsidP="19D0C217">
      <w:pPr>
        <w:spacing w:after="140" w:line="360" w:lineRule="auto"/>
        <w:rPr>
          <w:rFonts w:cs="Arial"/>
          <w:sz w:val="22"/>
          <w:lang w:val="nl-NL"/>
        </w:rPr>
      </w:pPr>
      <w:r w:rsidRPr="00642B28">
        <w:rPr>
          <w:rFonts w:cs="Arial"/>
          <w:color w:val="000000"/>
          <w:sz w:val="22"/>
          <w:lang w:val="nl-NL"/>
        </w:rPr>
        <w:t xml:space="preserve">Op [datum waarop de schade is ontstaan] is het volgende gebeurd: </w:t>
      </w:r>
      <w:r w:rsidRPr="00E02738">
        <w:rPr>
          <w:rFonts w:cs="Arial"/>
          <w:color w:val="595959" w:themeColor="text1" w:themeTint="A6"/>
          <w:sz w:val="22"/>
          <w:lang w:val="nl-NL"/>
        </w:rPr>
        <w:t>[beschrijving van de feiten waardoor uw schade is ontstaan].</w:t>
      </w:r>
    </w:p>
    <w:p w14:paraId="2EDDAE0F" w14:textId="77777777" w:rsidR="0034340A" w:rsidRPr="00642B28" w:rsidRDefault="00DD5BE9" w:rsidP="19D0C217">
      <w:pPr>
        <w:spacing w:after="140" w:line="360" w:lineRule="auto"/>
        <w:rPr>
          <w:rFonts w:cs="Arial"/>
          <w:sz w:val="22"/>
          <w:lang w:val="nl-NL"/>
        </w:rPr>
      </w:pPr>
      <w:r w:rsidRPr="00642B28">
        <w:rPr>
          <w:rFonts w:cs="Arial"/>
          <w:color w:val="000000"/>
          <w:sz w:val="22"/>
          <w:lang w:val="nl-NL"/>
        </w:rPr>
        <w:t>Met deze brief stel ik u aansprakelijk voor de schade die ik heb opgelopen.</w:t>
      </w:r>
    </w:p>
    <w:p w14:paraId="096B4267" w14:textId="77777777" w:rsidR="0034340A" w:rsidRPr="00642B28" w:rsidRDefault="00DD5BE9" w:rsidP="19D0C217">
      <w:pPr>
        <w:spacing w:after="140" w:line="360" w:lineRule="auto"/>
        <w:rPr>
          <w:rFonts w:cs="Arial"/>
          <w:sz w:val="22"/>
          <w:lang w:val="nl-NL"/>
        </w:rPr>
      </w:pPr>
      <w:r w:rsidRPr="00642B28">
        <w:rPr>
          <w:rFonts w:cs="Arial"/>
          <w:color w:val="000000"/>
          <w:sz w:val="22"/>
          <w:lang w:val="nl-NL"/>
        </w:rPr>
        <w:t>Aangezien de schade is ontstaan bij de uitvoering van mijn werkzaamheden, houd ik u als werkgever aansprakelijk voor de door mij geleden schade. Graag wil ik u erop wijzen dat deze schade niet het gevolg is van mijn eigen opzet of bewuste roekeloosheid.</w:t>
      </w:r>
    </w:p>
    <w:p w14:paraId="72DF31CC" w14:textId="77777777" w:rsidR="0034340A" w:rsidRPr="00642B28" w:rsidRDefault="00DD5BE9" w:rsidP="19D0C217">
      <w:pPr>
        <w:spacing w:after="140" w:line="360" w:lineRule="auto"/>
        <w:rPr>
          <w:rFonts w:cs="Arial"/>
          <w:sz w:val="22"/>
          <w:lang w:val="nl-NL"/>
        </w:rPr>
      </w:pPr>
      <w:r w:rsidRPr="00642B28">
        <w:rPr>
          <w:rFonts w:cs="Arial"/>
          <w:color w:val="000000"/>
          <w:sz w:val="22"/>
          <w:lang w:val="nl-NL"/>
        </w:rPr>
        <w:t xml:space="preserve">De schade bestaat uit: </w:t>
      </w:r>
      <w:r w:rsidRPr="00E02738">
        <w:rPr>
          <w:rFonts w:cs="Arial"/>
          <w:color w:val="595959" w:themeColor="text1" w:themeTint="A6"/>
          <w:sz w:val="22"/>
          <w:lang w:val="nl-NL"/>
        </w:rPr>
        <w:t>[beschrijving van de schade]</w:t>
      </w:r>
      <w:r w:rsidRPr="00642B28">
        <w:rPr>
          <w:rFonts w:cs="Arial"/>
          <w:color w:val="000000"/>
          <w:sz w:val="22"/>
          <w:lang w:val="nl-NL"/>
        </w:rPr>
        <w:t>.</w:t>
      </w:r>
    </w:p>
    <w:p w14:paraId="77864AC7" w14:textId="77777777" w:rsidR="0034340A" w:rsidRPr="00E02738" w:rsidRDefault="00DD5BE9" w:rsidP="19D0C217">
      <w:pPr>
        <w:spacing w:after="140" w:line="360" w:lineRule="auto"/>
        <w:rPr>
          <w:rFonts w:cs="Arial"/>
          <w:color w:val="595959" w:themeColor="text1" w:themeTint="A6"/>
          <w:sz w:val="22"/>
          <w:lang w:val="nl-NL"/>
        </w:rPr>
      </w:pPr>
      <w:r w:rsidRPr="00E02738">
        <w:rPr>
          <w:rFonts w:cs="Arial"/>
          <w:color w:val="595959" w:themeColor="text1" w:themeTint="A6"/>
          <w:sz w:val="22"/>
          <w:lang w:val="nl-NL"/>
        </w:rPr>
        <w:t>[Optioneel: als er schade is aan zaken die van u zijn en u verplicht was deze zaken te gebruiken voor uw werk]</w:t>
      </w:r>
    </w:p>
    <w:p w14:paraId="75EFB53E" w14:textId="77777777" w:rsidR="0034340A" w:rsidRPr="00642B28" w:rsidRDefault="00DD5BE9" w:rsidP="19D0C217">
      <w:pPr>
        <w:spacing w:after="140" w:line="360" w:lineRule="auto"/>
        <w:rPr>
          <w:rFonts w:cs="Arial"/>
          <w:sz w:val="22"/>
          <w:lang w:val="nl-NL"/>
        </w:rPr>
      </w:pPr>
      <w:r w:rsidRPr="00642B28">
        <w:rPr>
          <w:rFonts w:cs="Arial"/>
          <w:color w:val="000000"/>
          <w:sz w:val="22"/>
          <w:lang w:val="nl-NL"/>
        </w:rPr>
        <w:t>Ik was verplicht deze za(a)k(en) te gebruiken voor het uitvoeren van mijn werk.</w:t>
      </w:r>
    </w:p>
    <w:p w14:paraId="0808FC98" w14:textId="77777777" w:rsidR="0034340A" w:rsidRPr="00642B28" w:rsidRDefault="00DD5BE9" w:rsidP="19D0C217">
      <w:pPr>
        <w:spacing w:after="140" w:line="360" w:lineRule="auto"/>
        <w:rPr>
          <w:rFonts w:cs="Arial"/>
          <w:sz w:val="22"/>
          <w:lang w:val="nl-NL"/>
        </w:rPr>
      </w:pPr>
      <w:r w:rsidRPr="00642B28">
        <w:rPr>
          <w:rFonts w:cs="Arial"/>
          <w:color w:val="000000"/>
          <w:sz w:val="22"/>
          <w:lang w:val="nl-NL"/>
        </w:rPr>
        <w:t xml:space="preserve">De totale schade bedraagt € </w:t>
      </w:r>
      <w:r w:rsidRPr="00E02738">
        <w:rPr>
          <w:rFonts w:cs="Arial"/>
          <w:color w:val="595959" w:themeColor="text1" w:themeTint="A6"/>
          <w:sz w:val="22"/>
          <w:lang w:val="nl-NL"/>
        </w:rPr>
        <w:t>[schadebedrag]</w:t>
      </w:r>
      <w:r w:rsidRPr="00642B28">
        <w:rPr>
          <w:rFonts w:cs="Arial"/>
          <w:color w:val="000000"/>
          <w:sz w:val="22"/>
          <w:lang w:val="nl-NL"/>
        </w:rPr>
        <w:t>.</w:t>
      </w:r>
    </w:p>
    <w:p w14:paraId="5BCF0A71" w14:textId="77777777" w:rsidR="0034340A" w:rsidRPr="00642B28" w:rsidRDefault="00DD5BE9" w:rsidP="19D0C217">
      <w:pPr>
        <w:spacing w:after="140" w:line="360" w:lineRule="auto"/>
        <w:rPr>
          <w:rFonts w:cs="Arial"/>
          <w:sz w:val="22"/>
          <w:lang w:val="nl-NL"/>
        </w:rPr>
      </w:pPr>
      <w:r w:rsidRPr="00642B28">
        <w:rPr>
          <w:rFonts w:cs="Arial"/>
          <w:color w:val="000000"/>
          <w:sz w:val="22"/>
          <w:lang w:val="nl-NL"/>
        </w:rPr>
        <w:t>Bijgevoegd treft u een verantwoording aan van dit bedrag. Ik verzoek u om zo spoedig mogelijk over te gaan tot vergoeding van de schade.</w:t>
      </w:r>
    </w:p>
    <w:p w14:paraId="30D065DF" w14:textId="77777777" w:rsidR="0034340A" w:rsidRPr="00642B28" w:rsidRDefault="00DD5BE9" w:rsidP="19D0C217">
      <w:pPr>
        <w:spacing w:after="80" w:line="360" w:lineRule="auto"/>
        <w:rPr>
          <w:rFonts w:cs="Arial"/>
          <w:sz w:val="22"/>
          <w:lang w:val="nl-NL"/>
        </w:rPr>
      </w:pPr>
      <w:r w:rsidRPr="00642B28">
        <w:rPr>
          <w:rFonts w:cs="Arial"/>
          <w:color w:val="000000"/>
          <w:sz w:val="22"/>
          <w:lang w:val="nl-NL"/>
        </w:rPr>
        <w:t>Hopende u hiermee voldoende te hebben geïnformeerd.</w:t>
      </w:r>
    </w:p>
    <w:p w14:paraId="45E0E72A" w14:textId="77777777" w:rsidR="0034340A" w:rsidRPr="00642B28" w:rsidRDefault="00DD5BE9" w:rsidP="19D0C217">
      <w:pPr>
        <w:spacing w:after="80" w:line="360" w:lineRule="auto"/>
        <w:rPr>
          <w:rFonts w:cs="Arial"/>
          <w:sz w:val="22"/>
          <w:lang w:val="nl-NL"/>
        </w:rPr>
      </w:pPr>
      <w:r w:rsidRPr="00642B28">
        <w:rPr>
          <w:rFonts w:cs="Arial"/>
          <w:color w:val="000000"/>
          <w:sz w:val="22"/>
          <w:lang w:val="nl-NL"/>
        </w:rPr>
        <w:t>Met vriendelijke groet,</w:t>
      </w:r>
    </w:p>
    <w:p w14:paraId="60111737" w14:textId="77777777" w:rsidR="0034340A" w:rsidRPr="00E02738" w:rsidRDefault="00DD5BE9" w:rsidP="19D0C217">
      <w:pPr>
        <w:spacing w:after="80" w:line="360" w:lineRule="auto"/>
        <w:rPr>
          <w:rFonts w:cs="Arial"/>
          <w:color w:val="595959" w:themeColor="text1" w:themeTint="A6"/>
          <w:sz w:val="22"/>
          <w:lang w:val="nl-NL"/>
        </w:rPr>
      </w:pPr>
      <w:r w:rsidRPr="00E02738">
        <w:rPr>
          <w:rFonts w:cs="Arial"/>
          <w:color w:val="595959" w:themeColor="text1" w:themeTint="A6"/>
          <w:sz w:val="22"/>
          <w:lang w:val="nl-NL"/>
        </w:rPr>
        <w:t>[Naam en handtekening]</w:t>
      </w:r>
      <w:r w:rsidRPr="00E02738">
        <w:rPr>
          <w:rFonts w:cs="Arial"/>
          <w:color w:val="595959" w:themeColor="text1" w:themeTint="A6"/>
          <w:sz w:val="22"/>
          <w:lang w:val="nl-NL"/>
        </w:rPr>
        <w:br/>
        <w:t>[Adres]</w:t>
      </w:r>
      <w:r w:rsidRPr="00E02738">
        <w:rPr>
          <w:rFonts w:cs="Arial"/>
          <w:color w:val="595959" w:themeColor="text1" w:themeTint="A6"/>
          <w:sz w:val="22"/>
          <w:lang w:val="nl-NL"/>
        </w:rPr>
        <w:br/>
        <w:t>[E-mail]</w:t>
      </w:r>
    </w:p>
    <w:sectPr w:rsidR="0034340A" w:rsidRPr="00E02738" w:rsidSect="00EA4B7F">
      <w:footerReference w:type="default" r:id="rId9"/>
      <w:pgSz w:w="11906" w:h="16838"/>
      <w:pgMar w:top="1417" w:right="1417" w:bottom="1417" w:left="1417" w:header="720"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041E8" w14:textId="77777777" w:rsidR="00AC0E66" w:rsidRDefault="00AC0E66">
      <w:pPr>
        <w:spacing w:after="0" w:line="240" w:lineRule="auto"/>
      </w:pPr>
      <w:r>
        <w:separator/>
      </w:r>
    </w:p>
  </w:endnote>
  <w:endnote w:type="continuationSeparator" w:id="0">
    <w:p w14:paraId="441EAF0B" w14:textId="77777777" w:rsidR="00AC0E66" w:rsidRDefault="00AC0E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0A7AC" w14:textId="77777777" w:rsidR="0034340A" w:rsidRDefault="0034340A">
    <w:pPr>
      <w:pStyle w:val="Voetteks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82D5E" w14:textId="77777777" w:rsidR="00AC0E66" w:rsidRDefault="00AC0E66">
      <w:pPr>
        <w:spacing w:after="0" w:line="240" w:lineRule="auto"/>
      </w:pPr>
      <w:r>
        <w:separator/>
      </w:r>
    </w:p>
  </w:footnote>
  <w:footnote w:type="continuationSeparator" w:id="0">
    <w:p w14:paraId="0234C155" w14:textId="77777777" w:rsidR="00AC0E66" w:rsidRDefault="00AC0E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abstractNum w:abstractNumId="9" w15:restartNumberingAfterBreak="0">
    <w:nsid w:val="14C743EA"/>
    <w:multiLevelType w:val="hybridMultilevel"/>
    <w:tmpl w:val="4666163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79B6353"/>
    <w:multiLevelType w:val="hybridMultilevel"/>
    <w:tmpl w:val="6DA252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38155633">
    <w:abstractNumId w:val="8"/>
  </w:num>
  <w:num w:numId="2" w16cid:durableId="1194003345">
    <w:abstractNumId w:val="6"/>
  </w:num>
  <w:num w:numId="3" w16cid:durableId="1648633255">
    <w:abstractNumId w:val="5"/>
  </w:num>
  <w:num w:numId="4" w16cid:durableId="1908493374">
    <w:abstractNumId w:val="4"/>
  </w:num>
  <w:num w:numId="5" w16cid:durableId="25563501">
    <w:abstractNumId w:val="7"/>
  </w:num>
  <w:num w:numId="6" w16cid:durableId="451287404">
    <w:abstractNumId w:val="3"/>
  </w:num>
  <w:num w:numId="7" w16cid:durableId="696009697">
    <w:abstractNumId w:val="2"/>
  </w:num>
  <w:num w:numId="8" w16cid:durableId="1347442412">
    <w:abstractNumId w:val="1"/>
  </w:num>
  <w:num w:numId="9" w16cid:durableId="1921715251">
    <w:abstractNumId w:val="0"/>
  </w:num>
  <w:num w:numId="10" w16cid:durableId="1570456284">
    <w:abstractNumId w:val="10"/>
  </w:num>
  <w:num w:numId="11" w16cid:durableId="5682740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5319"/>
    <w:rsid w:val="00034616"/>
    <w:rsid w:val="0006063C"/>
    <w:rsid w:val="0015074B"/>
    <w:rsid w:val="002251E2"/>
    <w:rsid w:val="0029639D"/>
    <w:rsid w:val="00326F90"/>
    <w:rsid w:val="0034340A"/>
    <w:rsid w:val="00521FAC"/>
    <w:rsid w:val="005D5A25"/>
    <w:rsid w:val="005F0A5C"/>
    <w:rsid w:val="00642B28"/>
    <w:rsid w:val="00727F5D"/>
    <w:rsid w:val="00874511"/>
    <w:rsid w:val="009250E0"/>
    <w:rsid w:val="00925675"/>
    <w:rsid w:val="00AA1D8D"/>
    <w:rsid w:val="00AC0E66"/>
    <w:rsid w:val="00B077F3"/>
    <w:rsid w:val="00B47730"/>
    <w:rsid w:val="00BC1761"/>
    <w:rsid w:val="00BC419D"/>
    <w:rsid w:val="00C37DB5"/>
    <w:rsid w:val="00CB0664"/>
    <w:rsid w:val="00DD5BE9"/>
    <w:rsid w:val="00E02738"/>
    <w:rsid w:val="00EA4B7F"/>
    <w:rsid w:val="00EB6B26"/>
    <w:rsid w:val="00F56E01"/>
    <w:rsid w:val="00F906E1"/>
    <w:rsid w:val="00FC693F"/>
    <w:rsid w:val="19D0C217"/>
    <w:rsid w:val="2ECEEF4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F6E5B62"/>
  <w14:defaultImageDpi w14:val="300"/>
  <w15:docId w15:val="{A7C078C9-CC9F-4E87-86B4-18EE0D812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rPr>
      <w:rFonts w:ascii="Arial" w:eastAsia="Arial" w:hAnsi="Arial"/>
      <w:sz w:val="21"/>
    </w:rPr>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Standaardalinea-lettertype"/>
    <w:uiPriority w:val="99"/>
    <w:unhideWhenUsed/>
    <w:rsid w:val="00521FAC"/>
    <w:rPr>
      <w:color w:val="0000FF" w:themeColor="hyperlink"/>
      <w:u w:val="single"/>
    </w:rPr>
  </w:style>
  <w:style w:type="character" w:customStyle="1" w:styleId="Titeldocument">
    <w:name w:val="Titel document"/>
    <w:basedOn w:val="Standaardalinea-lettertype"/>
    <w:uiPriority w:val="1"/>
    <w:qFormat/>
    <w:rsid w:val="00521FAC"/>
    <w:rPr>
      <w:rFonts w:asciiTheme="majorHAnsi" w:hAnsiTheme="majorHAnsi"/>
      <w:b/>
      <w:color w:val="000000" w:themeColor="text1"/>
      <w:sz w:val="72"/>
      <w:szCs w:val="11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rag.n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383</Words>
  <Characters>2109</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ARAG Voorbeeldbrief - Aansprakelijkstelling bedrijfsongeval</vt:lpstr>
    </vt:vector>
  </TitlesOfParts>
  <Manager/>
  <Company/>
  <LinksUpToDate>false</LinksUpToDate>
  <CharactersWithSpaces>2488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ARAG Voorbeeldbrief - Aansprakelijkstelling bedrijfsongeval</dc:title>
  <dc:subject>Voorbeeldbrief</dc:subject>
  <dc:creator>ARAG</dc:creator>
  <cp:keywords/>
  <dc:description>generated by python-docx</dc:description>
  <cp:lastModifiedBy>Wouters, Menno</cp:lastModifiedBy>
  <cp:revision>2</cp:revision>
  <dcterms:created xsi:type="dcterms:W3CDTF">2026-09-23T11:28:00Z</dcterms:created>
  <dcterms:modified xsi:type="dcterms:W3CDTF">2026-09-23T11:28:00Z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32da92-1d53-4d68-ad18-2b386361bbb4_Enabled">
    <vt:lpwstr>true</vt:lpwstr>
  </property>
  <property fmtid="{D5CDD505-2E9C-101B-9397-08002B2CF9AE}" pid="3" name="MSIP_Label_3832da92-1d53-4d68-ad18-2b386361bbb4_SetDate">
    <vt:lpwstr>2026-09-10T14:03:05Z</vt:lpwstr>
  </property>
  <property fmtid="{D5CDD505-2E9C-101B-9397-08002B2CF9AE}" pid="4" name="MSIP_Label_3832da92-1d53-4d68-ad18-2b386361bbb4_Method">
    <vt:lpwstr>Standard</vt:lpwstr>
  </property>
  <property fmtid="{D5CDD505-2E9C-101B-9397-08002B2CF9AE}" pid="5" name="MSIP_Label_3832da92-1d53-4d68-ad18-2b386361bbb4_Name">
    <vt:lpwstr>Internal</vt:lpwstr>
  </property>
  <property fmtid="{D5CDD505-2E9C-101B-9397-08002B2CF9AE}" pid="6" name="MSIP_Label_3832da92-1d53-4d68-ad18-2b386361bbb4_SiteId">
    <vt:lpwstr>8ffb3be7-83a7-463f-a543-aedb2683b1ae</vt:lpwstr>
  </property>
  <property fmtid="{D5CDD505-2E9C-101B-9397-08002B2CF9AE}" pid="7" name="MSIP_Label_3832da92-1d53-4d68-ad18-2b386361bbb4_ActionId">
    <vt:lpwstr>5d180c18-79a7-4218-8a37-dbed508bfb01</vt:lpwstr>
  </property>
  <property fmtid="{D5CDD505-2E9C-101B-9397-08002B2CF9AE}" pid="8" name="MSIP_Label_3832da92-1d53-4d68-ad18-2b386361bbb4_ContentBits">
    <vt:lpwstr>0</vt:lpwstr>
  </property>
  <property fmtid="{D5CDD505-2E9C-101B-9397-08002B2CF9AE}" pid="9" name="MSIP_Label_3832da92-1d53-4d68-ad18-2b386361bbb4_Tag">
    <vt:lpwstr>10, 3, 0, 2</vt:lpwstr>
  </property>
</Properties>
</file>